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מתקדמים – סוגות וטקסטים,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10 הטקסטים במאגר המתקדמים ואת הסוגות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סוגה לפי מאפייני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העבודה העצמאית 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יומן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השוואת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רציף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סיפור קצר על נערה וגמגום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הסדר הנכון הוא 🟢 ← 🔵 ← 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התקדמות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טקסט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(כתבה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(מאמר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(השוואת מקורות)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טקסט מלוח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פעמיים ומשתמשים במילון ובהקראה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במסלולים ובמשימות הלשון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בדקו את עצמכם ומתקנים בצבע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מסמנים ✅ ומעדכנים את כרטיס ההתקדמות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חשוב שהתלמיד יזהה נכון את הסוגה ויסביר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רציף כולל טבלאות/רשימות, רציף הוא פסקאות רגילות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טקסט מלוח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עשרת הטקסטים מהעמוד לפני תחילת הדף כדי שהתלמידים יכירו את הכותרות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מאמר דעה להשוואת מקורות – שתיהן סוגות שדורשות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מתקדמים – סוגות וטקסטים,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במאגר יש עשרה טקסטים קשים קצת יותר. בדף הזה נלמד להכיר את סוגי הטקסטים ואת סדר העבודה.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לא רציף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עם טבלאות, רשימות או תמונות ולא רק פסקאות רגילות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הכותב כותב מה הוא חושב ומנסה לשכנע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השוואת 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קריאת שני טקסטים ובדיקה איך הם דומים ואיך הם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מישהו כותב על מה שקרה לו ביום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בעיתון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על אירוע או תופעה, כמו בעיתון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מכתב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שכותבים למישהו מסוים, בגוף ראשון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קצר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ספרותי קצר עם דמויות ועלילה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מידע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שמסביר עובדות על נושא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זה: 'מכתב מברצלונה'?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מנסה לשכנע?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הסוגה של טקסט שמתאר יום אחד בחיי הכותב?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טקסט יש בו שני 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טקסט בנוי מטבלאות ורשימות?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רציף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המתקדמים יש עשרה טקסטים בסוגות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'שלוש דקות של אומץ' הוא דף מידע מדעי על המוח.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העבודה במסלולים הוא תמיד 🟣 ← 🔵 ← 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'אלפי עיניים בשביל המדע' עוסקת במדע אזרח – אנשים רגילים שעוזרים לחוקרים.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'עולם שלם בטיפת מים' עוסק במיקרוסקופ ובתא, וזהו טקסט מסוג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הקריאה הראשונה, יש לקרוא שוב ולהשתמש במילון הקטן ובכלי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'כשהעולם מחליט לשתף פעולה' עוסק בדואר, שעונים, מזג אוויר ובריאות, וזהו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העבודה על טקסט יש לסמן ✅ ולעדכן את כרטיס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טקסט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אוריגמי – כשדף נייר הופך למכונה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כתבה בעיתון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מברצלונה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מאמר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אלפי עיניים בשביל המדע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השוואת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מספיק לנקות – הגיע הזמן לסגור את 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זה לא הוגן! גם אצל בעלי חיים?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פעמיים ומשתמשים במילון ובהקראה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✅ ומעדכנים את כרטיס ההתקדמות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בדקו את עצמכם ומתקנים בצבע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טקסט מלוח הבחירה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במסלולים ובמשימות הלשון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מעשרת הטקסטים וכתבו שתיים-שלוש שורות: באיזו סוגה הוא כתוב ולמה בחרתם דווקא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סוגת הטקסט 'יומן תצפית: לילה אחד מתחת לכוכבים'?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טקסט רציף לטקסט לא רציף?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בעבודה העצמאית על טקסט מהמאגר?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מתקדמים – סוגות וטקסטים,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