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10 הטקסטים במאגר המתקדמים ואת הסוגות שלהם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זיהוי סוגה לפי מאפייני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שלבי העבודה העצמאית במאגר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זיהוי 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מכתב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מאמר דעה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יומן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השוואת מקורות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לא רציף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כתוב בעמוד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זהו סיפור קצר על נערה וגמגום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הסדר הנכון הוא 🟢 ← 🔵 ← 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מתואר בעמוד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רציף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התאמה: טקסט וסוגה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(מידע)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ה (מכתב)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א (כתבה בעיתון)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(מאמר דעה)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(השוואת מקורות)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של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בוחרים טקסט מלוח הבחירה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קוראים פעמיים ומשתמשים במילון ובהקראה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עונים במסלולים ובמשימות הלשון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לוחצים על בדקו את עצמכם ומתקנים בצבע אחר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מסמנים ✅ ומעדכנים את כרטיס ההתקדמות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אישית – חשוב שהתלמיד יזהה נכון את הסוגה ויסביר נימוק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יומן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לא רציף כולל טבלאות/רשימות, רציף הוא פסקאות רגילות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בחירת טקסט מלוח הבחירה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את רשימת עשרת הטקסטים מהעמוד לפני תחילת הדף כדי שהתלמידים יכירו את הכותרות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לחזק את ההבחנה בין מאמר דעה להשוואת מקורות – שתיהן סוגות שדורשות חשיבה ביקורתית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המותאמת ניתן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📖 מסע הקריאה – טקסטים, הבנת הנקרא ולשון במסלולים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מאגר מתקדמים – סוגות וטקסטים, ז׳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במאגר המתקדמים יש עשרה טקסטים מאתגרים בסוגות שונות – מידע, סיפור, מאמר דעה, השוואת מקורות, טקסט לא רציף, מכתב, כתבה ויומן. דף זה מתרגל את ההיכרות עם הטקסטים ועם דרך העבודה העצמאית.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זיהוי 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הטקסט 'מכתב מברצלונה' עוסק באדריכלות. איזו סוגה 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'מספיק לנקות – הגיע הזמן לסגור את הברז' הוא טקסט שמנסה לשכנע בנושא זיהום האוקיינוסים. זו סוגת...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'יומן תצפית: לילה אחד מתחת לכוכבים' כתוב בגוף ראשון ומתאר לילה אחד במצפה כוכבים. זהו...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כתבה בעיתון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יומן אישי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השוואת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'זה לא הוגן! גם אצל בעלי חיים?' מציג שני מקורות על חוש הצדק בטבע. זהו טקסט מסוג...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השוואת מקורות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מאמר 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סיפור קצר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מידע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'מוח ימני, מוח שמאלי' מציג מיתוסים בטבלה ולא רק פסקאות רגילות. זהו טקסט...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רציף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לא רציף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מכתב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יומן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במאגר המתקדמים יש עשרה טקסטים בסוגות שונות.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'שלוש דקות של אומץ' הוא דף מידע מדעי על המוח.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סדר העבודה במסלולים הוא תמיד 🟣 ← 🔵 ← 🟢.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'אלפי עיניים בשביל המדע' עוסקת במדע אזרח – אנשים רגילים שעוזרים לחוקרים.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'עולם שלם בטיפת מים' עוסק במיקרוסקופ ובתא, וזהו טקסט מסוג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אחרי הקריאה הראשונה, יש לקרוא שוב ולהשתמש במילון הקטן ובכלי ה-__________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'כשהעולם מחליט לשתף פעולה' עוסק בדואר, שעונים, מזג אוויר ובריאות, וזהו טקסט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בסוף העבודה על טקסט יש לסמן ✅ ולעדכן את כרטיס ה-__________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התאמה: טקסט וסוגה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אוריגמי – כשדף נייר הופך למכונה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כתבה בעיתון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מכתב מברצלונה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השוואת מקורות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אלפי עיניים בשביל המדע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מאמר דעה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מספיק לנקות – הגיע הזמן לסגור את הברז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מידע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זה לא הוגן! גם אצל בעלי חיים?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מכתב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של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לוחצים על בדקו את עצמכם ומתקנים בצבע אחר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מסמנים ✅ ומעדכנים את כרטיס ההתקדמות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קוראים פעמיים ומשתמשים במילון ובהקראה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בוחרים טקסט מלוח הבחירה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עונים במסלולים ובמשימות הלשון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אחד מעשרת הטקסטים וכתבו שתיים-שלוש שורות: באיזו סוגה הוא כתוב ולמה בחרתם דווקא בו?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סוגת הטקסט 'יומן תצפית: לילה אחד מתחת לכוכבים'?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טקסט רציף לטקסט לא רציף?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השלב הראשון בעבודה העצמאית על טקסט מהמאגר?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מאגר מתקדמים – סוגות וטקסטים, ז׳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